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</w:pPr>
      <w:r>
        <w:rPr>
          <w:color w:val="596C80"/>
          <w:sz w:val="17"/>
        </w:rPr>
        <w:t>INTERNAL CORRESPONDENCE</w:t>
      </w:r>
    </w:p>
    <w:p>
      <w:pPr>
        <w:pStyle w:val="Title"/>
      </w:pPr>
      <w:r>
        <w:t>Memorandum</w:t>
      </w:r>
    </w:p>
    <w:p>
      <w:r>
        <w:t>To   [Recipient or group]</w:t>
        <w:br/>
        <w:t>From   [Name and title]</w:t>
        <w:br/>
        <w:t>Date   [Month day, year]</w:t>
        <w:br/>
        <w:t>Subject   [Decision or topic]</w:t>
      </w:r>
    </w:p>
    <w:p>
      <w:pPr>
        <w:pStyle w:val="Heading1"/>
      </w:pPr>
      <w:r>
        <w:t>Recommendation</w:t>
      </w:r>
    </w:p>
    <w:p>
      <w:r>
        <w:t>[State the decision or action requested in one or two sentences.]</w:t>
      </w:r>
    </w:p>
    <w:p>
      <w:pPr>
        <w:pStyle w:val="Heading1"/>
      </w:pPr>
      <w:r>
        <w:t>Background</w:t>
      </w:r>
    </w:p>
    <w:p>
      <w:r>
        <w:t>[Explain the relevant circumstances and identify the facts supporting the recommendation.]</w:t>
      </w:r>
    </w:p>
    <w:p>
      <w:pPr>
        <w:pStyle w:val="Heading1"/>
      </w:pPr>
      <w:r>
        <w:t>Next action</w:t>
      </w:r>
    </w:p>
    <w:p>
      <w:r>
        <w:t>[Name the person responsible, the action to complete, and the date for a response.]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088" w:right="1296" w:bottom="1440" w:left="1296" w:header="806" w:footer="69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40"/>
      <w:jc w:val="center"/>
    </w:pPr>
    <w:r>
      <w:t>Madison Center for American Leadership</w:t>
    </w:r>
  </w:p>
  <w:p>
    <w:pPr>
      <w:pStyle w:val="Footer"/>
      <w:spacing w:after="40"/>
      <w:jc w:val="center"/>
    </w:pPr>
    <w:r>
      <w:t xml:space="preserve">[Email]     </w:t>
    </w:r>
    <w:hyperlink r:id="rId1">
      <w:r>
        <w:t xml:space="preserve">madisonamerica.org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anrope Medium" w:hAnsi="Manrope Medium"/>
        <w:sz w:val="17"/>
      </w:rPr>
      <w:t>[Office or chapter]</w:t>
    </w: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566928</wp:posOffset>
          </wp:positionH>
          <wp:positionV relativeFrom="page">
            <wp:posOffset>411480</wp:posOffset>
          </wp:positionV>
          <wp:extent cx="2331720" cy="787743"/>
          <wp:wrapNone/>
          <wp:docPr id="1" name="Picture 1" descr="Madison Center for American Leadership"/>
          <wp:cNvGraphicFramePr xmlns:a="http://schemas.openxmlformats.org/drawingml/2006/main">
            <a:graphicFrameLocks noChangeAspect="1"/>
          </wp:cNvGraphicFramePr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Madison-Center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31720" cy="787743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anrope" w:hAnsi="Manrope" w:eastAsia="Manrope" w:cs="Manrope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80"/>
    </w:pPr>
    <w:rPr>
      <w:rFonts w:ascii="Manrope" w:hAnsi="Manrope" w:eastAsia="Manrope"/>
      <w:color w:val="142D4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anrope" w:hAnsi="Manrope" w:eastAsia="Manrope"/>
      <w:color w:val="596C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="Manrope Medium" w:hAnsi="Manrope Medium" w:eastAsia="Manrope Medium"/>
      <w:b w:val="0"/>
      <w:bCs/>
      <w:color w:val="142D4B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="Manrope Medium" w:hAnsi="Manrope Medium" w:eastAsia="Manrope Medium"/>
      <w:b w:val="0"/>
      <w:bCs/>
      <w:color w:val="142D4B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Manrope" w:hAnsi="Manrope" w:eastAsia="Manrope" w:cs="Manrope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Manrope" w:hAnsi="Manrope" w:eastAsia="Manrope" w:cs="Manrope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Manrope" w:hAnsi="Manrope" w:eastAsia="Manrope" w:cs="Manrope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Manrope" w:hAnsi="Manrope" w:eastAsia="Manrope" w:cs="Manrope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Manrope" w:hAnsi="Manrope" w:eastAsia="Manrope" w:cs="Manrope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Manrope" w:hAnsi="Manrope" w:eastAsia="Manrope" w:cs="Manrope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Manrope" w:hAnsi="Manrope" w:eastAsia="Manrope" w:cs="Manrope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Manrope" w:hAnsi="Manrope" w:eastAsia="Manrope" w:cs="Manrope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Manrope" w:hAnsi="Manrope" w:eastAsia="Manrope" w:cs="Manrope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 w:before="0"/>
      <w:contextualSpacing/>
    </w:pPr>
    <w:rPr>
      <w:rFonts w:ascii="Manrope Medium" w:hAnsi="Manrope Medium" w:eastAsia="Manrope Medium"/>
      <w:b w:val="0"/>
      <w:color w:val="142D4B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Manrope" w:hAnsi="Manrope" w:eastAsia="Manrope" w:cs="Manrope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Manrope" w:hAnsi="Manrope" w:eastAsia="Manrope"/>
      <w:color w:val="596C80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Manrope" w:hAnsi="Manrope" w:eastAsia="Manrope" w:cs="Manrope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Manrope" w:hAnsi="Manrope" w:eastAsia="Manrope" w:cs="Manrope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Manrope" w:hAnsi="Manrope" w:eastAsia="Manrope" w:cs="Manrope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Manrope" w:hAnsi="Manrope" w:eastAsia="Manrope" w:cs="Manrope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Manrope" w:hAnsi="Manrope" w:eastAsia="Manrope" w:cs="Manrope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Manrope" w:hAnsi="Manrope" w:eastAsia="Manrope" w:cs="Manrope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Manrope" w:hAnsi="Manrope" w:eastAsia="Manrope" w:cs="Manrope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Manrope" w:hAnsi="Manrope" w:eastAsia="Manrope" w:cs="Manrope"/>
        <w:b/>
        <w:bCs/>
      </w:rPr>
    </w:tblStylePr>
    <w:tblStylePr w:type="lastCol">
      <w:rPr>
        <w:rFonts w:ascii="Manrope" w:hAnsi="Manrope" w:eastAsia="Manrope" w:cs="Manrope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Manrope" w:hAnsi="Manrope" w:eastAsia="Manrope" w:cs="Manrope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Manrope" w:hAnsi="Manrope" w:eastAsia="Manrope" w:cs="Manrope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madisonamerica.org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template</dc:title>
  <dc:subject>Reusable organization template</dc:subject>
  <dc:creator>Madison Center for American Leadership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